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mbria" w:hAnsi="Cambria"/>
          <w:b/>
          <w:sz w:val="28"/>
        </w:rPr>
        <w:t>АКТ</w:t>
      </w:r>
    </w:p>
    <w:p>
      <w:pPr>
        <w:jc w:val="center"/>
      </w:pPr>
      <w:r>
        <w:rPr>
          <w:rFonts w:ascii="Cambria" w:hAnsi="Cambria"/>
          <w:b/>
          <w:sz w:val="28"/>
        </w:rPr>
        <w:t>осмотра транспортного средства</w:t>
      </w:r>
    </w:p>
    <w:p/>
    <w:p>
      <w:pPr>
        <w:tabs>
          <w:tab w:pos="9638" w:val="right"/>
        </w:tabs>
      </w:pPr>
      <w:r>
        <w:rPr>
          <w:rFonts w:ascii="Calibri" w:hAnsi="Calibri"/>
          <w:sz w:val="22"/>
        </w:rPr>
        <w:t>г. ______________________</w:t>
        <w:tab/>
        <w:t>«___» ______________ 20___ г.</w:t>
      </w:r>
    </w:p>
    <w:p/>
    <w:p>
      <w:r>
        <w:rPr>
          <w:rFonts w:ascii="Calibri" w:hAnsi="Calibri"/>
          <w:i w:val="0"/>
          <w:sz w:val="22"/>
        </w:rPr>
        <w:t>Осмотр проведён «___» ______________ 20___ г. с ____:____ до ____:____ по адресу: ____________________________________________.</w:t>
      </w:r>
    </w:p>
    <w:p>
      <w:r>
        <w:rPr>
          <w:rFonts w:ascii="Calibri" w:hAnsi="Calibri"/>
          <w:i w:val="0"/>
          <w:sz w:val="22"/>
        </w:rPr>
        <w:t>Осмотр проведён в присутствии следующих лиц:</w:t>
      </w:r>
    </w:p>
    <w:p>
      <w:r>
        <w:rPr>
          <w:rFonts w:ascii="Calibri" w:hAnsi="Calibri"/>
          <w:i w:val="0"/>
          <w:sz w:val="22"/>
        </w:rPr>
        <w:t>Владелец транспортного средства: ____________________________________________, паспорт ____ ____ № ____________, выдан ____________________________________________, зарегистрирован по адресу: ____________________________________________ (далее — «Владелец»).</w:t>
      </w:r>
    </w:p>
    <w:p>
      <w:r>
        <w:rPr>
          <w:rFonts w:ascii="Calibri" w:hAnsi="Calibri"/>
          <w:i w:val="0"/>
          <w:sz w:val="22"/>
        </w:rPr>
        <w:t>Лицо, производящее осмотр: ____________________________________________, паспорт ____ ____ № ____________, выдан ____________________________________________, зарегистрирован по адресу: ____________________________________________ (далее — «Покупатель»).</w:t>
      </w:r>
    </w:p>
    <w:p>
      <w:r>
        <w:rPr>
          <w:rFonts w:ascii="Calibri" w:hAnsi="Calibri"/>
          <w:i w:val="0"/>
          <w:sz w:val="22"/>
        </w:rPr>
        <w:t>Осмотр проведён в связи с ______________________.</w:t>
      </w:r>
    </w:p>
    <w:p>
      <w:pPr>
        <w:spacing w:before="200"/>
      </w:pPr>
      <w:r>
        <w:rPr>
          <w:rFonts w:ascii="Cambria" w:hAnsi="Cambria"/>
          <w:b/>
          <w:sz w:val="24"/>
        </w:rPr>
        <w:t>1. Сведения о транспортном средстве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Марка, модель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Год выпуска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Идентификационный номер (VIN)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Государственный регистрационный знак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Цвет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Категория (тип) ТС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Номер кузова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Номер двигателя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Пробег по показаниям одометра, км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Паспорт ТС (ПТС / ЭПТС)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Свидетельство о регистрации (СТС)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</w:tbl>
    <w:p>
      <w:pPr>
        <w:spacing w:before="200"/>
      </w:pPr>
      <w:r>
        <w:rPr>
          <w:rFonts w:ascii="Cambria" w:hAnsi="Cambria"/>
          <w:b/>
          <w:sz w:val="24"/>
        </w:rPr>
        <w:t>2. Условия осмотра</w:t>
      </w:r>
    </w:p>
    <w:p>
      <w:r>
        <w:rPr>
          <w:rFonts w:ascii="Calibri" w:hAnsi="Calibri"/>
          <w:i w:val="0"/>
          <w:sz w:val="22"/>
        </w:rPr>
        <w:t>Осмотр проведён при ______________________ освещении, ____________________________________________.</w:t>
      </w:r>
    </w:p>
    <w:p>
      <w:r>
        <w:rPr>
          <w:rFonts w:ascii="Calibri" w:hAnsi="Calibri"/>
          <w:i w:val="0"/>
          <w:sz w:val="22"/>
        </w:rPr>
        <w:t>Применённые методы и оборудование: ____________________________________________.</w:t>
      </w:r>
    </w:p>
    <w:p>
      <w:r>
        <w:rPr>
          <w:rFonts w:ascii="Calibri" w:hAnsi="Calibri"/>
          <w:i w:val="0"/>
          <w:sz w:val="22"/>
        </w:rPr>
        <w:t>Скрытые дефекты, которые невозможно выявить при указанных условиях, настоящим актом не фиксируются.</w:t>
      </w:r>
    </w:p>
    <w:p>
      <w:pPr>
        <w:spacing w:before="200"/>
      </w:pPr>
      <w:r>
        <w:rPr>
          <w:rFonts w:ascii="Cambria" w:hAnsi="Cambria"/>
          <w:b/>
          <w:sz w:val="24"/>
        </w:rPr>
        <w:t>3. Результаты осмотра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118"/>
          </w:tcPr>
          <w:p>
            <w:r/>
            <w:r>
              <w:rPr>
                <w:rFonts w:ascii="Calibri" w:hAnsi="Calibri"/>
                <w:b/>
                <w:sz w:val="20"/>
              </w:rPr>
              <w:t>Элемент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b/>
                <w:sz w:val="20"/>
              </w:rPr>
              <w:t>Состояние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b/>
                <w:sz w:val="20"/>
              </w:rPr>
              <w:t>Выявленные дефекты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Кузов, лакокрасочное покрытие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Стёкла, зеркала, оптика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Салон, обивка, оборудование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Двигатель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Коробка передач, трансмиссия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Подвеска, рулевое управление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Тормозная система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Электрооборудование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Шины и диски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</w:r>
          </w:p>
        </w:tc>
      </w:tr>
    </w:tbl>
    <w:p>
      <w:pPr>
        <w:spacing w:before="200"/>
      </w:pPr>
      <w:r>
        <w:rPr>
          <w:rFonts w:ascii="Cambria" w:hAnsi="Cambria"/>
          <w:b/>
          <w:sz w:val="24"/>
        </w:rPr>
        <w:t>4. Комплектность и переданные принадлежности</w:t>
      </w:r>
    </w:p>
    <w:p>
      <w:r>
        <w:rPr>
          <w:rFonts w:ascii="Calibri" w:hAnsi="Calibri"/>
          <w:i w:val="0"/>
          <w:sz w:val="22"/>
        </w:rPr>
        <w:t>На момент осмотра в наличии: ____________________________________________.</w:t>
      </w:r>
    </w:p>
    <w:p>
      <w:r>
        <w:rPr>
          <w:rFonts w:ascii="Calibri" w:hAnsi="Calibri"/>
          <w:i w:val="0"/>
          <w:sz w:val="22"/>
        </w:rPr>
        <w:t>Документы, предъявленные при осмотре: ____________________________________________.</w:t>
      </w:r>
    </w:p>
    <w:p>
      <w:pPr>
        <w:spacing w:before="200"/>
      </w:pPr>
      <w:r>
        <w:rPr>
          <w:rFonts w:ascii="Cambria" w:hAnsi="Cambria"/>
          <w:b/>
          <w:sz w:val="24"/>
        </w:rPr>
        <w:t>5. Проверка сведений о транспортном средстве</w:t>
      </w:r>
    </w:p>
    <w:p>
      <w:r>
        <w:rPr>
          <w:rFonts w:ascii="Calibri" w:hAnsi="Calibri"/>
          <w:i w:val="0"/>
          <w:sz w:val="22"/>
        </w:rPr>
        <w:t>Сведения о залоге по реестру уведомлений о залоге движимого имущества: ______________________.</w:t>
      </w:r>
    </w:p>
    <w:p>
      <w:r>
        <w:rPr>
          <w:rFonts w:ascii="Calibri" w:hAnsi="Calibri"/>
          <w:i w:val="0"/>
          <w:sz w:val="22"/>
        </w:rPr>
        <w:t>Ограничения на регистрационные действия, сведения о розыске и ДТП по данным Госавтоинспекции: ____________________________________________.</w:t>
      </w:r>
    </w:p>
    <w:p>
      <w:r>
        <w:rPr>
          <w:rFonts w:ascii="Calibri" w:hAnsi="Calibri"/>
          <w:i w:val="0"/>
          <w:sz w:val="22"/>
        </w:rPr>
        <w:t>Результат сверки VIN на кузове со сведениями ПТС (ЭПТС): ______________________.</w:t>
      </w:r>
    </w:p>
    <w:p>
      <w:pPr>
        <w:spacing w:before="200"/>
      </w:pPr>
      <w:r>
        <w:rPr>
          <w:rFonts w:ascii="Cambria" w:hAnsi="Cambria"/>
          <w:b/>
          <w:sz w:val="24"/>
        </w:rPr>
        <w:t>6. Выводы по результатам осмотра</w:t>
      </w:r>
    </w:p>
    <w:p>
      <w:r>
        <w:rPr>
          <w:rFonts w:ascii="Calibri" w:hAnsi="Calibri"/>
          <w:i w:val="0"/>
          <w:sz w:val="22"/>
        </w:rPr>
        <w:t>6.1. Транспортное средство ______________________ (пригодно / не пригодно) к дальнейшей эксплуатации. Дефекты, препятствующие эксплуатации: ______________________.</w:t>
      </w:r>
    </w:p>
    <w:p>
      <w:r>
        <w:rPr>
          <w:rFonts w:ascii="Calibri" w:hAnsi="Calibri"/>
          <w:i w:val="0"/>
          <w:sz w:val="22"/>
        </w:rPr>
        <w:t>6.2. Стоимость устранения дефектов, перечисленных в разделе 3 настоящего акта, оценена сторонами в ______________________ (____________________________________________) рублей ____ копеек.</w:t>
      </w:r>
    </w:p>
    <w:p>
      <w:r>
        <w:rPr>
          <w:rFonts w:ascii="Calibri" w:hAnsi="Calibri"/>
          <w:i w:val="0"/>
          <w:sz w:val="22"/>
        </w:rPr>
        <w:t>6.3. Покупатель ознакомлен с техническим состоянием транспортного средства и перечисленными в разделе 3 дефектами. Претензий к состоянию транспортного средства в части выявленных и зафиксированных в настоящем акте дефектов Покупатель не имеет.</w:t>
      </w:r>
    </w:p>
    <w:p>
      <w:r>
        <w:rPr>
          <w:rFonts w:ascii="Calibri" w:hAnsi="Calibri"/>
          <w:i w:val="0"/>
          <w:sz w:val="22"/>
        </w:rPr>
        <w:t>6.4. Настоящий акт не является актом приёма-передачи транспортного средства и не подтверждает его передачу Покупателю.</w:t>
      </w:r>
    </w:p>
    <w:p>
      <w:pPr>
        <w:spacing w:before="200"/>
      </w:pPr>
      <w:r>
        <w:rPr>
          <w:rFonts w:ascii="Cambria" w:hAnsi="Cambria"/>
          <w:b/>
          <w:sz w:val="24"/>
        </w:rPr>
        <w:t>7. Особые мнения и замечания участников осмотра</w:t>
      </w:r>
    </w:p>
    <w:p>
      <w:r>
        <w:rPr>
          <w:rFonts w:ascii="Calibri" w:hAnsi="Calibri"/>
          <w:i w:val="0"/>
          <w:sz w:val="22"/>
        </w:rPr>
        <w:t>____________________________________________.</w:t>
      </w:r>
    </w:p>
    <w:p>
      <w:pPr>
        <w:spacing w:before="200"/>
      </w:pPr>
      <w:r>
        <w:rPr>
          <w:rFonts w:ascii="Cambria" w:hAnsi="Cambria"/>
          <w:b/>
          <w:sz w:val="24"/>
        </w:rPr>
        <w:t>8. Заключительные положения</w:t>
      </w:r>
    </w:p>
    <w:p>
      <w:r>
        <w:rPr>
          <w:rFonts w:ascii="Calibri" w:hAnsi="Calibri"/>
          <w:i w:val="0"/>
          <w:sz w:val="22"/>
        </w:rPr>
        <w:t>Настоящий акт составлен в 2 (двух) экземплярах, имеющих одинаковую юридическую силу, по одному для каждого из участников осмотра.</w:t>
      </w:r>
    </w:p>
    <w:p/>
    <w:p>
      <w:pPr>
        <w:spacing w:before="200"/>
      </w:pPr>
      <w:r>
        <w:rPr>
          <w:rFonts w:ascii="Cambria" w:hAnsi="Cambria"/>
          <w:b/>
          <w:sz w:val="24"/>
        </w:rPr>
        <w:t>Подписи участников осмотра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</w:tcBorders>
          </w:tcPr>
          <w:p>
            <w:r/>
            <w:r>
              <w:rPr>
                <w:rFonts w:ascii="Calibri" w:hAnsi="Calibri"/>
                <w:i w:val="0"/>
                <w:sz w:val="22"/>
              </w:rPr>
              <w:t>Владелец:</w:t>
            </w:r>
          </w:p>
          <w:p>
            <w:r>
              <w:rPr>
                <w:rFonts w:ascii="Calibri" w:hAnsi="Calibri"/>
                <w:i w:val="0"/>
                <w:sz w:val="22"/>
              </w:rPr>
            </w:r>
          </w:p>
          <w:p>
            <w:r>
              <w:rPr>
                <w:rFonts w:ascii="Calibri" w:hAnsi="Calibri"/>
                <w:i w:val="0"/>
                <w:sz w:val="22"/>
              </w:rPr>
              <w:t>_______________ / _________________ /</w:t>
            </w:r>
          </w:p>
          <w:p>
            <w:r>
              <w:rPr>
                <w:rFonts w:ascii="Calibri" w:hAnsi="Calibri"/>
                <w:i/>
                <w:sz w:val="18"/>
              </w:rPr>
              <w:t>(подпись)                    (Ф. И. О.)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</w:tcBorders>
          </w:tcPr>
          <w:p>
            <w:r/>
            <w:r>
              <w:rPr>
                <w:rFonts w:ascii="Calibri" w:hAnsi="Calibri"/>
                <w:i w:val="0"/>
                <w:sz w:val="22"/>
              </w:rPr>
              <w:t>Покупатель:</w:t>
            </w:r>
          </w:p>
          <w:p>
            <w:r>
              <w:rPr>
                <w:rFonts w:ascii="Calibri" w:hAnsi="Calibri"/>
                <w:i w:val="0"/>
                <w:sz w:val="22"/>
              </w:rPr>
            </w:r>
          </w:p>
          <w:p>
            <w:r>
              <w:rPr>
                <w:rFonts w:ascii="Calibri" w:hAnsi="Calibri"/>
                <w:i w:val="0"/>
                <w:sz w:val="22"/>
              </w:rPr>
              <w:t>_______________ / _________________ /</w:t>
            </w:r>
          </w:p>
          <w:p>
            <w:r>
              <w:rPr>
                <w:rFonts w:ascii="Calibri" w:hAnsi="Calibri"/>
                <w:i/>
                <w:sz w:val="18"/>
              </w:rPr>
              <w:t>(подпись)                    (Ф. И. О.)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sz w:val="18"/>
      </w:rPr>
      <w:t xml:space="preserve">Страница </w:t>
    </w:r>
    <w:r>
      <w:rPr>
        <w:rFonts w:ascii="Calibri" w:hAnsi="Calibri"/>
        <w:sz w:val="18"/>
      </w:rPr>
    </w:r>
    <w:fldSimple w:instr="PAGE"/>
    <w:r>
      <w:rPr>
        <w:rFonts w:ascii="Calibri" w:hAnsi="Calibri"/>
        <w:sz w:val="18"/>
      </w:rPr>
      <w:t xml:space="preserve"> из </w:t>
    </w:r>
    <w:r>
      <w:rPr>
        <w:rFonts w:ascii="Calibri" w:hAnsi="Calibri"/>
        <w:sz w:val="18"/>
      </w:rPr>
    </w:r>
    <w:fldSimple w:instr="NUMPAGES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