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ДОГОВОР</w:t>
      </w:r>
    </w:p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купли-продажи (поставки) корма для животных</w:t>
      </w:r>
    </w:p>
    <w:p>
      <w:pPr>
        <w:tabs>
          <w:tab w:pos="9071" w:val="right"/>
        </w:tabs>
        <w:jc w:val="both"/>
      </w:pPr>
      <w:r>
        <w:rPr>
          <w:rFonts w:ascii="Calibri" w:hAnsi="Calibri" w:cs="Calibri" w:eastAsia="Calibri"/>
          <w:b w:val="0"/>
          <w:sz w:val="22"/>
        </w:rPr>
        <w:t>г. ______________________</w:t>
      </w:r>
      <w:r>
        <w:tab/>
      </w:r>
      <w:r>
        <w:rPr>
          <w:rFonts w:ascii="Calibri" w:hAnsi="Calibri" w:cs="Calibri" w:eastAsia="Calibri"/>
          <w:b w:val="0"/>
          <w:sz w:val="22"/>
        </w:rPr>
        <w:t>«___» ______________ 20___ г.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 (полное наименование), ИНН __________, ОГРН/ОГРНИП __________, в лице _____________________________, действующего на основании _______________________, именуемое в дальнейшем «Поставщик», с одной стороны, и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 (полное наименование), ИНН __________, ОГРН/ОГРНИП __________, в лице _____________________________, действующего на основании _______________________, именуемое в дальнейшем «Покупатель», с другой стороны, заключили настоящий договор о нижеследующем: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1. Предмет договора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1.1. Поставщик обязуется передать в собственность Покупателя корм для животных согласно спецификации (Приложение № 1), а Покупатель — принять и оплатить товар.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1.2. Характеристика товара: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Наименование корма: 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Производитель / страна происхождения: 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Категория: ☐ полнорационный ☐ дополнительный ☐ лечебный ☐ кормовая добавка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Назначение (вид и группа животных): 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Артикул производителя: 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Штрих-код EAN-13: 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Фасовка: ______ кг, количество упаковок: ______ шт.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Общая масса нетто: ______ кг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Номер партии производителя: 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Регистрационное удостоверение Россельхознадзора (для продуктивных) / декларация ТР ТС 022/2011 (для непродуктивных): № _____________ от «___» ______ 20___ г.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2. Цена и порядок расчётов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2.1. Цена 1 кг — __________ (_______________________________________) рублей _____ копеек, НДС ____% включён (для кормов сельхозживотных — 10%, для непродуктивных — 20%).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2.2. Общая сумма договора — __________ (_______________________________________) рублей _____ копеек, в том числе НДС — __________ рублей _____ копеек.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2.3. Расчёты производятся в безналичной форме на расчётный счёт Поставщика ☐ авансом 100% ☐ по факту поставки в течение _____ рабочих дней с момента подписания акта.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3. Срок годности и качество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3.1. Поставщик гарантирует остаточный срок годности на момент передачи не менее _____% от полного срока годности (рекомендуется 75–80%).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3.2. Дата производства партии и полный срок годности указываются в спецификации и на упаковке.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3.3. Качество корма соответствует регистрационному удостоверению / декларации соответствия, паспорту качества и требованиям ТР ТС 022/2011.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4. Условия поставки и приёмки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4.1. Дата поставки — «___» ______________ 20___ г. Базис поставки — _______________________________ (склад Поставщика / склад Покупателя / иное).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4.2. Перевозка осуществляется силами и за счёт ______________________ (Поставщика/Покупателя/перевозчика) с соблюдением температурного режима _______ °C и защитой от влаги.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4.3. Приёмка по количеству производится в момент получения; приёмка по качеству — в течение _____ рабочих дней с момента поставки. Скрытые недостатки — в течение _____ дней с момента получения.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4.4. При выявлении несоответствия Покупатель составляет акт о несоответствии с фотофиксацией и направляет Поставщику в течение 2 рабочих дней.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5. Документы при передаче партии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Товарная накладная ТОРГ-12.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Счёт-фактура с НДС.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Копия регистрационного удостоверения Россельхознадзора или декларации соответствия ТР ТС 022/2011.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Паспорт качества партии (Certificate of Analysis).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Удостоверение о ветеринарном благополучии (для кормов животного происхождения).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Инструкция по применению (для лечебных диет).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ДТ с отметкой таможни (для импортных кормов).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6. Ответственность сторон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6.1. За поставку товара ненадлежащего качества Поставщик в течение _____ рабочих дней заменяет товар или возвращает его стоимость и возмещает связанные расходы Покупателя.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6.2. За просрочку поставки — пени 0,1% от стоимости непоставленной партии за каждый день просрочки.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6.3. За просрочку оплаты — пени 0,1% от просроченной суммы за каждый день просрочки.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7. Срок действия и прочие условия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7.1. Договор вступает в силу с момента подписания и действует до «___» ______________ 20___ г. (для регулярных поставок — до 31 декабря текущего года с автоматической пролонгацией).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7.2. Договор составлен в двух экземплярах, имеющих одинаковую юридическую силу, по одному для каждой стороны.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7.3. Споры разрешаются путём переговоров; при недостижении согласия — в Арбитражном суде ___________________________ области.</w:t>
      </w:r>
    </w:p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ПОСТАВЩИК: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ПОКУПАТЕЛЬ: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 w:cs="Calibri" w:eastAsia="Calibri"/>
        <w:b w:val="0"/>
        <w:sz w:val="20"/>
      </w:rPr>
      <w:t xml:space="preserve">Страница </w:t>
    </w:r>
    <w:r>
      <w:fldChar w:fldCharType="begin"/>
      <w:instrText xml:space="preserve">PAGE</w:instrText>
      <w:fldChar w:fldCharType="end"/>
    </w:r>
    <w:r>
      <w:rPr>
        <w:rFonts w:ascii="Calibri" w:hAnsi="Calibri" w:cs="Calibri" w:eastAsia="Calibri"/>
        <w:b w:val="0"/>
        <w:sz w:val="20"/>
      </w:rPr>
      <w:t xml:space="preserve"> из </w:t>
    </w:r>
    <w:r>
      <w:fldChar w:fldCharType="begin"/>
      <w:instrText xml:space="preserve">NUMPAGES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